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המין (זכר/נקבה) של שם עצם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נכון צורות רבים וזוגי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להתאים שם תואר ופועל לשם העצם במין ובמספר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זכר ונקבה - בחירה 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לפי המילה 'זה' או 'זאת' לפניה ביחיד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שולחנות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אומרים 'זה שולחן'.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הדרך הקלה ביותר לבדוק מין.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ילדים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יחיד לרבים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(כדורים)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(מיטות)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(ילדות)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(ספרים)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תקנו וכתבו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שתי מילים קשות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חלונות פתוחים / חלונות גדולים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חלונות פתוחים/גדולים - התאמה בזכר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קשות - תיקון מין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עיניים, ידיים, נעליים, משקפיים - כל צורה עם סיומת ־ַיִם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לתרגל בעל פה את הבדיקה 'זה' או 'זאת' עם כמה מילים מהכיתה.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והתלמידות למצוא עוד 'מילים מפתיעות' בכיתה או בספר הקריאה.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להקדיש זמן למשחק קצר של התאמת שם תואר לשם עצם לפני המעבר למטלות הכתובות.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זכר ונקבה, יחיד ורבים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לכל מילה יש מין (זכר או נקבה) ומספר (יחיד או רבים). בדף זה נתרגל איך לזהות את המין הנכון, איך בונים רבים, ואיך מתאימים בין כל המילים במשפט.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ילדים  ·  דגים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זכר ונקבה - בחירה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המין של המילה 'עיר'?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זכר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גם זכר וגם נקבה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איך הכי טוב בודקים אם מילה היא זכר או נקבה?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לפי הסיומת ברבים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לפי המילה 'זה' או 'זאת' לפניה ביחיד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לפי אורך המילה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הרבים של המילה 'שולחן'?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שולחנים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שולחנות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שולחנה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'שולחן' הוא שם עצם זכר.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לבדוק את מין המילה לפי 'זה' או 'זאת'.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דג אחד,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ילד אחד, הרבה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התאימו יחיד לרבים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מיטות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מיטה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כדורים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ילדה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ספרים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ילדות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תקנו וכתבו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תקנו את המשפט: 'שני מילים קשים'.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את הרבים של 'חלון' עם שם תואר מתאים.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את הרבים והשלימו שם תואר: חלון ← ___ ___.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תקנו: 'שני מילים קשים'.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זכר ונקבה, יחיד ורבים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