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של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נכון צורות רבים וזוגי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ופועל לשם העצם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זכר ונקבה -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המילה 'זה' או 'זאת' לפניה ביחיד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־ַיִם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זכר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מילים זכר עם ־וֹת, כמו 'שולחנות' ו'מקומות'.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אומרים 'זה שולחן'.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הדרך הקלה ביותר לבדוק מין.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'מים' היא מילה שתמיד נמצאת ברבים, בלי יחיד.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הכלל בעברית התקנית.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(כדורים)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(שולחנות)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תקנו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חלונות פתוחים / חלונות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לבדוק שהפועל בזכר רבים כשיש בנים ובנות יחד, לדוגמה: הילדים והילדות שיחקו בחצר.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חלונות פתוחים/גדולים - התאמה בזכר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קשות - תיקון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עיניים, ידיים, נעליים, משקפיים - כל צורה עם סיומת ־ַיִם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לתרגל בעל פה את הבדיקה 'זה' או 'זאת' עם כמה מילים מהכיתה.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והתלמידות למצוא עוד 'מילים מפתיעות' בכיתה או בספר הקריאה.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למשחק קצר של התאמת שם תואר לשם עצם לפני המעבר למטלות הכתובות.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כל מילה היא זכר או נקבה, ויחיד או רבים. נלמד איך לדעת מה המין הנכון, ואיך לכתוב מילים ברבים.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מילה - אומרים לפניה 'זה'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מילה - אומרים לפניה 'זאת'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רק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יותר מאחד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האחרון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לדברים שבאים בזוג, עם הסיומת ־ַיִם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במשפט צריכות להתאים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מפתיעה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שהסיומת שלה לא מתאימה באמת למין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זכר ונקבה -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עיר -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בודקים מין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הסיומת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המילה 'זה' או 'זאת' לפניה ביחיד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שולחן אחד, הרבה ___?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זכר למרות הסיומת ־ות?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נקבה למרות הסיומת ־ים?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שלוש או שלושה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סיומת מראה על זוג?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קבוצה מעורבת - איך מתאימים את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־וֹת תמיד מראה שהמילה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'שולחן' הוא שם עצם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את מין המילה לפי 'זה' או 'זאת'.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למילה 'מים' יש צורת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בנים ובנות יחד, מתאימים את הפועל בזכר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דג אחד,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 אחד, הרבה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מחברת אחת, שלוש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חנוכיה אחת,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אחד עבר, חיכינו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שולחנות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ילדות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תקנו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תקנו את המשפט: 'שני מילים קשים'.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הרבים של 'חלון' עם שם תואר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משפטים: באחד תתארו קבוצה מעורבת של בנים ובנות, והתאימו את הפועל בזכר 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הרבים והשלימו שם תואר: חלון ← ___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'שני מילים קשים'.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בצורת הזוגי.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