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המין (זכר/נקבה) של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נכון צורות רבים וזוגי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ופועל לשם העצם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זכר ונקבה -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לפי המילה 'זה' או 'זאת' לפניה ביחיד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־ַיִם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זכר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מילים זכר עם ־וֹת, כמו 'שולחנות' ו'מקומות'.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אומרים 'זה שולחן'.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הדרך הקלה ביותר לבדוק מין.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'מים' היא מילה שתמיד נמצאת ברבים, בלי יחיד.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הכלל בעברית התקנית.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חנוכיות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(כדורים)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(ילדות)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(שולחנות)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תקנו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חלונות פתוחים / חלונות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לבדוק שהפועל בזכר רבים כשיש בנים ובנות יחד, לדוגמה: הילדים והילדות שיחקו בחצר.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חלונות פתוחים/גדולים - התאמה בזכר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קשות - תיקון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עיניים, ידיים, נעליים, משקפיים - כל צורה עם סיומת ־ַיִם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לתרגל בעל פה את הבדיקה 'זה' או 'זאת' עם כמה מילים מהכיתה.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והתלמידות למצוא עוד 'מילים מפתיעות' בכיתה או בספר הקריאה.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למשחק קצר של התאמת שם תואר לשם עצם לפני המעבר למטלות הכתובות.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לכל מילה יש מין (זכר או נקבה) ומספר (יחיד או רבים). בדף זה נתרגל איך לזהות את המין הנכון, איך בונים רבים, ואיך מתאימים בין כל המילים במשפט.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זכר ונקבה -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המין של המילה 'עיר'?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זכר וגם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הכי טוב בודקים אם מילה היא זכר או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הסיומת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המילה 'זה' או 'זאת' לפניה ביחיד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אורך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מספר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הרבים של המילה 'שולחן'?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זכר למרות שמסתיימת ב-וֹת?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נקבה למרות שמסתיימת ב-ים?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הצורה הנכונה לפני המילה 'ילדים'?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הסיומת שמציינת צורת זוגי?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־ות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־ים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־ַיִם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־ית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כשיש בקבוצה בנים ובנות יחד, באיזה מין מתאימים את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יחיד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הסיומת ־וֹת תמיד מראה שהמילה 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'שולחן' הוא שם עצם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את מין המילה לפי 'זה' או 'זאת'.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למילה 'מים' יש צורת 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בנים ובנות יחד, מתאימים את הפועל בזכר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דג אחד, שני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 אחד, הרבה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מחברת אחת, שלוש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חנוכיה אחת, שתי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יום אחד עבר, חיכינו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שולחנות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כדורים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ילדות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תקנו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תקנו את המשפט: 'שני מילים קשים'.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את הרבים של 'חלון' עם שם תואר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משפטים: באחד תתארו קבוצה מעורבת של בנים ובנות, והתאימו את הפועל בזכר 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הרבים והשלימו שם תואר: חלון ← ___ 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תקנו: 'שני מילים קשים'.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בצורת הזוגי.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